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15513" w14:textId="77777777" w:rsidR="004E5D42" w:rsidRPr="00497F3A" w:rsidRDefault="00000000">
      <w:pPr>
        <w:pStyle w:val="Tytu"/>
        <w:rPr>
          <w:lang w:val="pl-PL"/>
        </w:rPr>
      </w:pPr>
      <w:r w:rsidRPr="00497F3A">
        <w:rPr>
          <w:lang w:val="pl-PL"/>
        </w:rPr>
        <w:t>Formularz zgłoszeniowy do sesji plakatowej</w:t>
      </w:r>
    </w:p>
    <w:p w14:paraId="4629A859" w14:textId="77777777" w:rsidR="004E5D42" w:rsidRPr="00497F3A" w:rsidRDefault="00000000">
      <w:pPr>
        <w:spacing w:after="200"/>
        <w:rPr>
          <w:lang w:val="pl-PL"/>
        </w:rPr>
      </w:pPr>
      <w:r w:rsidRPr="00497F3A">
        <w:rPr>
          <w:b/>
          <w:color w:val="F15A24"/>
          <w:sz w:val="23"/>
          <w:lang w:val="pl-PL"/>
        </w:rPr>
        <w:t>Konferencja Dietetyk XXI Wieku GOLD</w:t>
      </w:r>
    </w:p>
    <w:p w14:paraId="472C2E21" w14:textId="77777777" w:rsidR="004E5D42" w:rsidRPr="00497F3A" w:rsidRDefault="00000000">
      <w:pPr>
        <w:rPr>
          <w:lang w:val="pl-PL"/>
        </w:rPr>
      </w:pPr>
      <w:r w:rsidRPr="00497F3A">
        <w:rPr>
          <w:b/>
          <w:lang w:val="pl-PL"/>
        </w:rPr>
        <w:t xml:space="preserve">Cel formularza. </w:t>
      </w:r>
      <w:r w:rsidRPr="00497F3A">
        <w:rPr>
          <w:lang w:val="pl-PL"/>
        </w:rPr>
        <w:t>Na podstawie poniższych informacji komisja oceni wartość naukową badania i zakwalifikuje pracę do finałowej sesji plakatowej. Wypełnij wszystkie pola, usuń tekst instrukcji i nie przekraczaj podanych limitów.</w:t>
      </w:r>
    </w:p>
    <w:p w14:paraId="04F292FD" w14:textId="77777777" w:rsidR="004E5D42" w:rsidRPr="00497F3A" w:rsidRDefault="00000000">
      <w:pPr>
        <w:pStyle w:val="Instrukcja"/>
        <w:rPr>
          <w:lang w:val="pl-PL"/>
        </w:rPr>
      </w:pPr>
      <w:r w:rsidRPr="00497F3A">
        <w:rPr>
          <w:lang w:val="pl-PL"/>
        </w:rPr>
        <w:t>Do konkursu przyjmujemy wyłącznie prace zawierające wyniki oryginalnych badań. Nie przyjmujemy przeglądów literatury, prac poglądowych, protokołów bez wyników ani komentarzy eksperckich.</w:t>
      </w:r>
    </w:p>
    <w:p w14:paraId="68FDB612" w14:textId="77777777" w:rsidR="004E5D42" w:rsidRDefault="00000000">
      <w:pPr>
        <w:pStyle w:val="Nagwek1"/>
      </w:pPr>
      <w:r>
        <w:t xml:space="preserve">1 </w:t>
      </w:r>
      <w:proofErr w:type="spellStart"/>
      <w:r>
        <w:t>Informacje</w:t>
      </w:r>
      <w:proofErr w:type="spellEnd"/>
      <w:r>
        <w:t xml:space="preserve"> o </w:t>
      </w:r>
      <w:proofErr w:type="spellStart"/>
      <w:r>
        <w:t>pracy</w:t>
      </w:r>
      <w:proofErr w:type="spellEnd"/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7214"/>
      </w:tblGrid>
      <w:tr w:rsidR="004E5D42" w14:paraId="4957232D" w14:textId="77777777">
        <w:trPr>
          <w:cantSplit/>
        </w:trPr>
        <w:tc>
          <w:tcPr>
            <w:tcW w:w="10166" w:type="dxa"/>
            <w:gridSpan w:val="2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83EB949" w14:textId="77777777" w:rsidR="004E5D42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INFORMACJE PODSTAWOWE</w:t>
            </w:r>
          </w:p>
        </w:tc>
      </w:tr>
      <w:tr w:rsidR="004E5D42" w:rsidRPr="00497F3A" w14:paraId="1AEAEF31" w14:textId="77777777" w:rsidTr="00497F3A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ED4047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>Tytuł pracy po polsku</w:t>
            </w:r>
          </w:p>
        </w:tc>
        <w:tc>
          <w:tcPr>
            <w:tcW w:w="72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C7AFD8" w14:textId="77777777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>[Kliknij i wpisz odpowiedź. Maksymalnie 180 znaków. Tytuł powinien wskazywać badany problem, populację i - jeśli to możliwe - projekt badania.]</w:t>
            </w:r>
          </w:p>
          <w:p w14:paraId="2DB1D952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  <w:tr w:rsidR="004E5D42" w:rsidRPr="000A1521" w14:paraId="753F1FA4" w14:textId="77777777" w:rsidTr="00497F3A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D8DF28" w14:textId="77777777" w:rsidR="004E5D42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Rodzaj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badania</w:t>
            </w:r>
            <w:proofErr w:type="spellEnd"/>
          </w:p>
        </w:tc>
        <w:tc>
          <w:tcPr>
            <w:tcW w:w="72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F5AF63" w14:textId="261E900F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 xml:space="preserve">[Kliknij i wpisz odpowiedź. ☐ </w:t>
            </w:r>
            <w:proofErr w:type="gramStart"/>
            <w:r w:rsidRPr="00497F3A">
              <w:rPr>
                <w:i/>
                <w:color w:val="737373"/>
                <w:sz w:val="18"/>
                <w:lang w:val="pl-PL"/>
              </w:rPr>
              <w:t>RCT  ☐</w:t>
            </w:r>
            <w:proofErr w:type="gramEnd"/>
            <w:r w:rsidRPr="00497F3A">
              <w:rPr>
                <w:i/>
                <w:color w:val="737373"/>
                <w:sz w:val="18"/>
                <w:lang w:val="pl-PL"/>
              </w:rPr>
              <w:t xml:space="preserve"> inne interwencyjne  ☐ przekrojowe  ☐ </w:t>
            </w:r>
            <w:proofErr w:type="spellStart"/>
            <w:r w:rsidRPr="00497F3A">
              <w:rPr>
                <w:i/>
                <w:color w:val="737373"/>
                <w:sz w:val="18"/>
                <w:lang w:val="pl-PL"/>
              </w:rPr>
              <w:t>kohortowe</w:t>
            </w:r>
            <w:proofErr w:type="spellEnd"/>
            <w:r w:rsidRPr="00497F3A">
              <w:rPr>
                <w:i/>
                <w:color w:val="737373"/>
                <w:sz w:val="18"/>
                <w:lang w:val="pl-PL"/>
              </w:rPr>
              <w:t xml:space="preserve">  ☐ kliniczno-kontrolne  ☐ ankietowe  ☐ retrospektywne  ☐ prospektywne  ☐ walidacyjne  ☐ inne: …]</w:t>
            </w:r>
          </w:p>
          <w:p w14:paraId="5C564919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11ADD56F" w14:textId="77777777" w:rsidR="004E5D42" w:rsidRPr="00497F3A" w:rsidRDefault="004E5D42">
      <w:pPr>
        <w:spacing w:after="0"/>
        <w:rPr>
          <w:lang w:val="pl-PL"/>
        </w:rPr>
      </w:pPr>
    </w:p>
    <w:p w14:paraId="54E1CABB" w14:textId="77777777" w:rsidR="004E5D42" w:rsidRDefault="00000000">
      <w:pPr>
        <w:pStyle w:val="Nagwek1"/>
      </w:pPr>
      <w:r>
        <w:t xml:space="preserve">2 </w:t>
      </w:r>
      <w:proofErr w:type="spellStart"/>
      <w:r>
        <w:t>Autorzy</w:t>
      </w:r>
      <w:proofErr w:type="spellEnd"/>
      <w:r>
        <w:t xml:space="preserve"> i </w:t>
      </w:r>
      <w:proofErr w:type="spellStart"/>
      <w:r>
        <w:t>afiliacje</w:t>
      </w:r>
      <w:proofErr w:type="spellEnd"/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7214"/>
      </w:tblGrid>
      <w:tr w:rsidR="004E5D42" w14:paraId="181F73C0" w14:textId="77777777">
        <w:trPr>
          <w:cantSplit/>
        </w:trPr>
        <w:tc>
          <w:tcPr>
            <w:tcW w:w="10166" w:type="dxa"/>
            <w:gridSpan w:val="2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52B45BE" w14:textId="77777777" w:rsidR="004E5D42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DANE AUTORÓW</w:t>
            </w:r>
          </w:p>
        </w:tc>
      </w:tr>
      <w:tr w:rsidR="004E5D42" w14:paraId="3847F423" w14:textId="77777777" w:rsidTr="00497F3A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A84B9E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>Autorzy</w:t>
            </w:r>
          </w:p>
        </w:tc>
        <w:tc>
          <w:tcPr>
            <w:tcW w:w="72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69AF16" w14:textId="77777777" w:rsidR="004E5D42" w:rsidRDefault="00000000">
            <w:pPr>
              <w:spacing w:after="40"/>
            </w:pPr>
            <w:r w:rsidRPr="00497F3A">
              <w:rPr>
                <w:i/>
                <w:color w:val="737373"/>
                <w:sz w:val="18"/>
                <w:lang w:val="pl-PL"/>
              </w:rPr>
              <w:t xml:space="preserve">[Kliknij i wpisz odpowiedź. Podaj imię, nazwisko i kolejność wszystkich autorów. </w:t>
            </w:r>
            <w:proofErr w:type="spellStart"/>
            <w:r>
              <w:rPr>
                <w:i/>
                <w:color w:val="737373"/>
                <w:sz w:val="18"/>
              </w:rPr>
              <w:t>Wskaż</w:t>
            </w:r>
            <w:proofErr w:type="spellEnd"/>
            <w:r>
              <w:rPr>
                <w:i/>
                <w:color w:val="737373"/>
                <w:sz w:val="18"/>
              </w:rPr>
              <w:t xml:space="preserve"> </w:t>
            </w:r>
            <w:proofErr w:type="spellStart"/>
            <w:r>
              <w:rPr>
                <w:i/>
                <w:color w:val="737373"/>
                <w:sz w:val="18"/>
              </w:rPr>
              <w:t>osobę</w:t>
            </w:r>
            <w:proofErr w:type="spellEnd"/>
            <w:r>
              <w:rPr>
                <w:i/>
                <w:color w:val="737373"/>
                <w:sz w:val="18"/>
              </w:rPr>
              <w:t xml:space="preserve"> </w:t>
            </w:r>
            <w:proofErr w:type="spellStart"/>
            <w:r>
              <w:rPr>
                <w:i/>
                <w:color w:val="737373"/>
                <w:sz w:val="18"/>
              </w:rPr>
              <w:t>prezentującą</w:t>
            </w:r>
            <w:proofErr w:type="spellEnd"/>
            <w:r>
              <w:rPr>
                <w:i/>
                <w:color w:val="737373"/>
                <w:sz w:val="18"/>
              </w:rPr>
              <w:t xml:space="preserve"> </w:t>
            </w:r>
            <w:proofErr w:type="spellStart"/>
            <w:r>
              <w:rPr>
                <w:i/>
                <w:color w:val="737373"/>
                <w:sz w:val="18"/>
              </w:rPr>
              <w:t>pracę</w:t>
            </w:r>
            <w:proofErr w:type="spellEnd"/>
            <w:r>
              <w:rPr>
                <w:i/>
                <w:color w:val="737373"/>
                <w:sz w:val="18"/>
              </w:rPr>
              <w:t>.]</w:t>
            </w:r>
          </w:p>
          <w:p w14:paraId="296EABCC" w14:textId="77777777" w:rsidR="004E5D42" w:rsidRDefault="00000000">
            <w:pPr>
              <w:spacing w:after="0"/>
            </w:pPr>
            <w:r>
              <w:t xml:space="preserve"> </w:t>
            </w:r>
          </w:p>
          <w:p w14:paraId="15C16B8E" w14:textId="77777777" w:rsidR="004E5D42" w:rsidRDefault="00000000">
            <w:pPr>
              <w:spacing w:after="0"/>
            </w:pPr>
            <w:r>
              <w:t xml:space="preserve"> </w:t>
            </w:r>
          </w:p>
        </w:tc>
      </w:tr>
      <w:tr w:rsidR="004E5D42" w:rsidRPr="00497F3A" w14:paraId="6DE78942" w14:textId="77777777" w:rsidTr="00497F3A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6DBC7B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>Afiliacje</w:t>
            </w:r>
          </w:p>
        </w:tc>
        <w:tc>
          <w:tcPr>
            <w:tcW w:w="72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E48562" w14:textId="77777777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>[Kliknij i wpisz odpowiedź. Podaj pełne nazwy jednostek i przypisz je autorom za pomocą numerów.]</w:t>
            </w:r>
          </w:p>
          <w:p w14:paraId="08DE047B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85E8A2C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72ADF2C8" w14:textId="77777777" w:rsidR="004E5D42" w:rsidRPr="00497F3A" w:rsidRDefault="004E5D42">
      <w:pPr>
        <w:spacing w:after="0"/>
        <w:rPr>
          <w:lang w:val="pl-PL"/>
        </w:rPr>
      </w:pPr>
    </w:p>
    <w:p w14:paraId="1647D8AC" w14:textId="77777777" w:rsidR="004E5D42" w:rsidRPr="00497F3A" w:rsidRDefault="00000000">
      <w:pPr>
        <w:rPr>
          <w:lang w:val="pl-PL"/>
        </w:rPr>
      </w:pPr>
      <w:r w:rsidRPr="00497F3A">
        <w:rPr>
          <w:lang w:val="pl-PL"/>
        </w:rPr>
        <w:br w:type="page"/>
      </w:r>
    </w:p>
    <w:p w14:paraId="5D4FF541" w14:textId="77777777" w:rsidR="004E5D42" w:rsidRPr="00497F3A" w:rsidRDefault="00000000">
      <w:pPr>
        <w:pStyle w:val="Nagwek1"/>
        <w:rPr>
          <w:lang w:val="pl-PL"/>
        </w:rPr>
      </w:pPr>
      <w:r w:rsidRPr="00497F3A">
        <w:rPr>
          <w:lang w:val="pl-PL"/>
        </w:rPr>
        <w:lastRenderedPageBreak/>
        <w:t>3 Streszczenie strukturyzowane</w:t>
      </w:r>
    </w:p>
    <w:p w14:paraId="5F80B659" w14:textId="77777777" w:rsidR="004E5D42" w:rsidRPr="00497F3A" w:rsidRDefault="00000000">
      <w:pPr>
        <w:pStyle w:val="Instrukcja"/>
        <w:rPr>
          <w:lang w:val="pl-PL"/>
        </w:rPr>
      </w:pPr>
      <w:r w:rsidRPr="00497F3A">
        <w:rPr>
          <w:lang w:val="pl-PL"/>
        </w:rPr>
        <w:t xml:space="preserve">Całe streszczenie, bez tytułu i danych autorów, nie powinno przekraczać 3500 znaków ze spacjami. Nie wpisuj </w:t>
      </w:r>
      <w:proofErr w:type="spellStart"/>
      <w:r w:rsidRPr="00497F3A">
        <w:rPr>
          <w:lang w:val="pl-PL"/>
        </w:rPr>
        <w:t>odwołań</w:t>
      </w:r>
      <w:proofErr w:type="spellEnd"/>
      <w:r w:rsidRPr="00497F3A">
        <w:rPr>
          <w:lang w:val="pl-PL"/>
        </w:rPr>
        <w:t xml:space="preserve"> bibliograficznych. Nie używaj sformułowania „wyniki zostaną przedstawione” - zgłoszenie musi zawierać wyniki zakończonego badania.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4E5D42" w:rsidRPr="00497F3A" w14:paraId="24A4EE54" w14:textId="77777777">
        <w:trPr>
          <w:cantSplit/>
        </w:trPr>
        <w:tc>
          <w:tcPr>
            <w:tcW w:w="10166" w:type="dxa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7E05836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b/>
                <w:color w:val="FFFFFF"/>
                <w:sz w:val="20"/>
                <w:lang w:val="pl-PL"/>
              </w:rPr>
              <w:t>Wprowadzenie i cel   |   limit: 600 znaków ze spacjami</w:t>
            </w:r>
          </w:p>
        </w:tc>
      </w:tr>
      <w:tr w:rsidR="004E5D42" w:rsidRPr="00497F3A" w14:paraId="29038B98" w14:textId="77777777">
        <w:tc>
          <w:tcPr>
            <w:tcW w:w="10166" w:type="dxa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657D6C4" w14:textId="77777777" w:rsidR="004E5D42" w:rsidRPr="00497F3A" w:rsidRDefault="00000000">
            <w:pPr>
              <w:pStyle w:val="Instrukcja"/>
              <w:rPr>
                <w:lang w:val="pl-PL"/>
              </w:rPr>
            </w:pPr>
            <w:r w:rsidRPr="00497F3A">
              <w:rPr>
                <w:lang w:val="pl-PL"/>
              </w:rPr>
              <w:t>Krótko przedstaw problem oraz jasno sformułuj główny cel lub hipotezę. Nie zamieniaj tej części w miniaturowy przegląd literatury.</w:t>
            </w:r>
          </w:p>
          <w:p w14:paraId="52D71DA1" w14:textId="77777777" w:rsidR="004E5D42" w:rsidRPr="00497F3A" w:rsidRDefault="00000000">
            <w:pPr>
              <w:spacing w:before="40" w:after="60"/>
              <w:rPr>
                <w:lang w:val="pl-PL"/>
              </w:rPr>
            </w:pPr>
            <w:r w:rsidRPr="00497F3A">
              <w:rPr>
                <w:color w:val="555555"/>
                <w:sz w:val="17"/>
                <w:lang w:val="pl-PL"/>
              </w:rPr>
              <w:t>Uwzględnij: problem badawczy • uzasadnienie • cel główny lub hipoteza</w:t>
            </w:r>
          </w:p>
          <w:p w14:paraId="21989011" w14:textId="77777777" w:rsidR="004E5D42" w:rsidRPr="00497F3A" w:rsidRDefault="00000000">
            <w:pPr>
              <w:spacing w:after="20"/>
              <w:rPr>
                <w:lang w:val="pl-PL"/>
              </w:rPr>
            </w:pPr>
            <w:r w:rsidRPr="00497F3A">
              <w:rPr>
                <w:i/>
                <w:color w:val="787878"/>
                <w:lang w:val="pl-PL"/>
              </w:rPr>
              <w:t>[Usuń instrukcję i wpisz treść]</w:t>
            </w:r>
          </w:p>
          <w:p w14:paraId="74DBA933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29F6FF3E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03AAAECA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60036E0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114611C2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82405E9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080F18CB" w14:textId="77777777" w:rsidR="004E5D42" w:rsidRPr="00497F3A" w:rsidRDefault="004E5D42">
      <w:pPr>
        <w:spacing w:after="0"/>
        <w:rPr>
          <w:lang w:val="pl-PL"/>
        </w:rPr>
      </w:pP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4E5D42" w:rsidRPr="00497F3A" w14:paraId="41E2AC42" w14:textId="77777777">
        <w:trPr>
          <w:cantSplit/>
        </w:trPr>
        <w:tc>
          <w:tcPr>
            <w:tcW w:w="10166" w:type="dxa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636DDAA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b/>
                <w:color w:val="FFFFFF"/>
                <w:sz w:val="20"/>
                <w:lang w:val="pl-PL"/>
              </w:rPr>
              <w:t>Metody   |   limit: 1200 znaków ze spacjami</w:t>
            </w:r>
          </w:p>
        </w:tc>
      </w:tr>
      <w:tr w:rsidR="004E5D42" w:rsidRPr="00497F3A" w14:paraId="4C43F6A1" w14:textId="77777777">
        <w:tc>
          <w:tcPr>
            <w:tcW w:w="10166" w:type="dxa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FF7303A" w14:textId="77777777" w:rsidR="004E5D42" w:rsidRPr="00497F3A" w:rsidRDefault="00000000">
            <w:pPr>
              <w:pStyle w:val="Instrukcja"/>
              <w:rPr>
                <w:lang w:val="pl-PL"/>
              </w:rPr>
            </w:pPr>
            <w:r w:rsidRPr="00497F3A">
              <w:rPr>
                <w:lang w:val="pl-PL"/>
              </w:rPr>
              <w:t>Opisz badanie na tyle precyzyjnie, aby jury mogło ocenić jego wiarygodność i adekwatność do celu.</w:t>
            </w:r>
          </w:p>
          <w:p w14:paraId="3901E927" w14:textId="77777777" w:rsidR="004E5D42" w:rsidRPr="00497F3A" w:rsidRDefault="00000000">
            <w:pPr>
              <w:spacing w:before="40" w:after="60"/>
              <w:rPr>
                <w:lang w:val="pl-PL"/>
              </w:rPr>
            </w:pPr>
            <w:r w:rsidRPr="00497F3A">
              <w:rPr>
                <w:color w:val="555555"/>
                <w:sz w:val="17"/>
                <w:lang w:val="pl-PL"/>
              </w:rPr>
              <w:t>Uwzględnij: projekt i miejsce badania • okres realizacji • populacja i liczebność próby • kryteria włączenia i wyłączenia • interwencja lub ekspozycja • punkty końcowe • narzędzia pomiarowe • analiza statystyczna</w:t>
            </w:r>
          </w:p>
          <w:p w14:paraId="195A4CF8" w14:textId="77777777" w:rsidR="004E5D42" w:rsidRPr="00497F3A" w:rsidRDefault="00000000">
            <w:pPr>
              <w:spacing w:after="20"/>
              <w:rPr>
                <w:lang w:val="pl-PL"/>
              </w:rPr>
            </w:pPr>
            <w:r w:rsidRPr="00497F3A">
              <w:rPr>
                <w:i/>
                <w:color w:val="787878"/>
                <w:lang w:val="pl-PL"/>
              </w:rPr>
              <w:t>[Usuń instrukcję i wpisz treść]</w:t>
            </w:r>
          </w:p>
          <w:p w14:paraId="38478ABB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2BA1EA19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7D9E8377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52669E3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6DB8F477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6B87729D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644D4C4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59A3340D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6510B02F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66596C7B" w14:textId="77777777" w:rsidR="004E5D42" w:rsidRPr="00497F3A" w:rsidRDefault="004E5D42">
      <w:pPr>
        <w:spacing w:after="0"/>
        <w:rPr>
          <w:lang w:val="pl-PL"/>
        </w:rPr>
      </w:pPr>
    </w:p>
    <w:p w14:paraId="0FA39D67" w14:textId="77777777" w:rsidR="004E5D42" w:rsidRPr="00497F3A" w:rsidRDefault="00000000">
      <w:pPr>
        <w:rPr>
          <w:lang w:val="pl-PL"/>
        </w:rPr>
      </w:pPr>
      <w:r w:rsidRPr="00497F3A">
        <w:rPr>
          <w:lang w:val="pl-PL"/>
        </w:rPr>
        <w:br w:type="page"/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4E5D42" w:rsidRPr="00497F3A" w14:paraId="5759DBC9" w14:textId="77777777">
        <w:trPr>
          <w:cantSplit/>
        </w:trPr>
        <w:tc>
          <w:tcPr>
            <w:tcW w:w="10166" w:type="dxa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2DA2F6B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b/>
                <w:color w:val="FFFFFF"/>
                <w:sz w:val="20"/>
                <w:lang w:val="pl-PL"/>
              </w:rPr>
              <w:lastRenderedPageBreak/>
              <w:t>Wyniki   |   limit: 1200 znaków ze spacjami</w:t>
            </w:r>
          </w:p>
        </w:tc>
      </w:tr>
      <w:tr w:rsidR="004E5D42" w:rsidRPr="00497F3A" w14:paraId="72C84B1D" w14:textId="77777777">
        <w:tc>
          <w:tcPr>
            <w:tcW w:w="10166" w:type="dxa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D51858A" w14:textId="77777777" w:rsidR="004E5D42" w:rsidRPr="00497F3A" w:rsidRDefault="00000000">
            <w:pPr>
              <w:pStyle w:val="Instrukcja"/>
              <w:rPr>
                <w:lang w:val="pl-PL"/>
              </w:rPr>
            </w:pPr>
            <w:r w:rsidRPr="00497F3A">
              <w:rPr>
                <w:lang w:val="pl-PL"/>
              </w:rPr>
              <w:t>Podaj konkretne dane odpowiadające celowi badania. Wyniki powinny umożliwiać ocenę wielkości i precyzji obserwowanego efektu, nie tylko jego istotności statystycznej.</w:t>
            </w:r>
          </w:p>
          <w:p w14:paraId="2B7CB89B" w14:textId="77777777" w:rsidR="004E5D42" w:rsidRPr="00497F3A" w:rsidRDefault="00000000">
            <w:pPr>
              <w:spacing w:before="40" w:after="60"/>
              <w:rPr>
                <w:lang w:val="pl-PL"/>
              </w:rPr>
            </w:pPr>
            <w:r w:rsidRPr="00497F3A">
              <w:rPr>
                <w:color w:val="555555"/>
                <w:sz w:val="17"/>
                <w:lang w:val="pl-PL"/>
              </w:rPr>
              <w:t>Uwzględnij: liczba analizowanych osób • najważniejsze wyniki liczbowe • miary efektu • przedziały ufności • wartości p, jeśli zasadne • drop-out i zdarzenia niepożądane w badaniach interwencyjnych</w:t>
            </w:r>
          </w:p>
          <w:p w14:paraId="6AC2D1FF" w14:textId="77777777" w:rsidR="004E5D42" w:rsidRPr="00497F3A" w:rsidRDefault="00000000">
            <w:pPr>
              <w:spacing w:after="20"/>
              <w:rPr>
                <w:lang w:val="pl-PL"/>
              </w:rPr>
            </w:pPr>
            <w:r w:rsidRPr="00497F3A">
              <w:rPr>
                <w:i/>
                <w:color w:val="787878"/>
                <w:lang w:val="pl-PL"/>
              </w:rPr>
              <w:t>[Usuń instrukcję i wpisz treść]</w:t>
            </w:r>
          </w:p>
          <w:p w14:paraId="4EFF0C9C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2993A8DF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20C23194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54F4C7F1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DA745D6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252F020E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176E885D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067210E2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60FE7150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1C4DE148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08F68E13" w14:textId="77777777" w:rsidR="004E5D42" w:rsidRPr="00497F3A" w:rsidRDefault="004E5D42">
      <w:pPr>
        <w:spacing w:after="0"/>
        <w:rPr>
          <w:lang w:val="pl-PL"/>
        </w:rPr>
      </w:pP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4E5D42" w:rsidRPr="00497F3A" w14:paraId="42FFDD5F" w14:textId="77777777">
        <w:trPr>
          <w:cantSplit/>
        </w:trPr>
        <w:tc>
          <w:tcPr>
            <w:tcW w:w="10166" w:type="dxa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5B53003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b/>
                <w:color w:val="FFFFFF"/>
                <w:sz w:val="20"/>
                <w:lang w:val="pl-PL"/>
              </w:rPr>
              <w:t>Wnioski   |   limit: 500 znaków ze spacjami</w:t>
            </w:r>
          </w:p>
        </w:tc>
      </w:tr>
      <w:tr w:rsidR="004E5D42" w:rsidRPr="00497F3A" w14:paraId="234DA801" w14:textId="77777777">
        <w:tc>
          <w:tcPr>
            <w:tcW w:w="10166" w:type="dxa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CDC7022" w14:textId="77777777" w:rsidR="004E5D42" w:rsidRPr="00497F3A" w:rsidRDefault="00000000">
            <w:pPr>
              <w:pStyle w:val="Instrukcja"/>
              <w:rPr>
                <w:lang w:val="pl-PL"/>
              </w:rPr>
            </w:pPr>
            <w:r w:rsidRPr="00497F3A">
              <w:rPr>
                <w:lang w:val="pl-PL"/>
              </w:rPr>
              <w:t>Sformułuj wnioski wynikające bezpośrednio z przedstawionych danych. Nie uogólniaj ich poza badaną populację i zastosowany projekt.</w:t>
            </w:r>
          </w:p>
          <w:p w14:paraId="5FC6B466" w14:textId="77777777" w:rsidR="004E5D42" w:rsidRPr="00497F3A" w:rsidRDefault="00000000">
            <w:pPr>
              <w:spacing w:before="40" w:after="60"/>
              <w:rPr>
                <w:lang w:val="pl-PL"/>
              </w:rPr>
            </w:pPr>
            <w:r w:rsidRPr="00497F3A">
              <w:rPr>
                <w:color w:val="555555"/>
                <w:sz w:val="17"/>
                <w:lang w:val="pl-PL"/>
              </w:rPr>
              <w:t>Uwzględnij: odpowiedź na cel badania • znaczenie praktyczne lub naukowe • najważniejsze ograniczenie, jeśli wpływa na interpretację</w:t>
            </w:r>
          </w:p>
          <w:p w14:paraId="6503840B" w14:textId="77777777" w:rsidR="004E5D42" w:rsidRPr="00497F3A" w:rsidRDefault="00000000">
            <w:pPr>
              <w:spacing w:after="20"/>
              <w:rPr>
                <w:lang w:val="pl-PL"/>
              </w:rPr>
            </w:pPr>
            <w:r w:rsidRPr="00497F3A">
              <w:rPr>
                <w:i/>
                <w:color w:val="787878"/>
                <w:lang w:val="pl-PL"/>
              </w:rPr>
              <w:t>[Usuń instrukcję i wpisz treść]</w:t>
            </w:r>
          </w:p>
          <w:p w14:paraId="52ED95C7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7F97CFD3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7E0CDE5D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EBB9AA2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0E2814A4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32AC9E9C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75330654" w14:textId="77777777" w:rsidR="004E5D42" w:rsidRPr="00497F3A" w:rsidRDefault="004E5D42">
      <w:pPr>
        <w:spacing w:after="0"/>
        <w:rPr>
          <w:lang w:val="pl-PL"/>
        </w:rPr>
      </w:pPr>
    </w:p>
    <w:p w14:paraId="72251C55" w14:textId="77777777" w:rsidR="004E5D42" w:rsidRPr="00497F3A" w:rsidRDefault="004E5D42">
      <w:pPr>
        <w:spacing w:after="0"/>
        <w:rPr>
          <w:lang w:val="pl-PL"/>
        </w:rPr>
      </w:pPr>
    </w:p>
    <w:p w14:paraId="14BCEB1B" w14:textId="77777777" w:rsidR="004E5D42" w:rsidRPr="00497F3A" w:rsidRDefault="00000000">
      <w:pPr>
        <w:rPr>
          <w:lang w:val="pl-PL"/>
        </w:rPr>
      </w:pPr>
      <w:r w:rsidRPr="00497F3A">
        <w:rPr>
          <w:lang w:val="pl-PL"/>
        </w:rPr>
        <w:br w:type="page"/>
      </w:r>
    </w:p>
    <w:p w14:paraId="2E9438CF" w14:textId="77777777" w:rsidR="004E5D42" w:rsidRDefault="00000000">
      <w:pPr>
        <w:pStyle w:val="Nagwek1"/>
      </w:pPr>
      <w:r>
        <w:lastRenderedPageBreak/>
        <w:t xml:space="preserve">5 </w:t>
      </w:r>
      <w:proofErr w:type="spellStart"/>
      <w:r>
        <w:t>Wiarygodność</w:t>
      </w:r>
      <w:proofErr w:type="spellEnd"/>
      <w:r>
        <w:t xml:space="preserve"> i </w:t>
      </w:r>
      <w:proofErr w:type="spellStart"/>
      <w:r>
        <w:t>zgodność</w:t>
      </w:r>
      <w:proofErr w:type="spellEnd"/>
      <w:r>
        <w:t xml:space="preserve"> </w:t>
      </w:r>
      <w:proofErr w:type="spellStart"/>
      <w:r>
        <w:t>badania</w:t>
      </w:r>
      <w:proofErr w:type="spellEnd"/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7214"/>
      </w:tblGrid>
      <w:tr w:rsidR="004E5D42" w14:paraId="4551A67C" w14:textId="77777777">
        <w:trPr>
          <w:cantSplit/>
        </w:trPr>
        <w:tc>
          <w:tcPr>
            <w:tcW w:w="10166" w:type="dxa"/>
            <w:gridSpan w:val="2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7543A6A" w14:textId="77777777" w:rsidR="004E5D42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OŚWIADCZENIA I INFORMACJE FORMALNE</w:t>
            </w:r>
          </w:p>
        </w:tc>
      </w:tr>
      <w:tr w:rsidR="004E5D42" w:rsidRPr="00497F3A" w14:paraId="029C4F40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6CC2CE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>Zgoda komisji bioetycznej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7A37EC" w14:textId="6A9143F1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 xml:space="preserve">[Kliknij i wpisz odpowiedź. Zaznacz: ☐ </w:t>
            </w:r>
            <w:r w:rsidR="00497F3A" w:rsidRPr="00497F3A">
              <w:rPr>
                <w:i/>
                <w:color w:val="737373"/>
                <w:sz w:val="18"/>
                <w:lang w:val="pl-PL"/>
              </w:rPr>
              <w:t xml:space="preserve">uzyskano </w:t>
            </w:r>
            <w:r w:rsidR="00497F3A" w:rsidRPr="00497F3A">
              <w:rPr>
                <w:rFonts w:ascii="Segoe UI Symbol" w:hAnsi="Segoe UI Symbol" w:cs="Segoe UI Symbol"/>
                <w:i/>
                <w:color w:val="737373"/>
                <w:sz w:val="18"/>
                <w:lang w:val="pl-PL"/>
              </w:rPr>
              <w:t>☐</w:t>
            </w:r>
            <w:r w:rsidRPr="00497F3A">
              <w:rPr>
                <w:i/>
                <w:color w:val="737373"/>
                <w:sz w:val="18"/>
                <w:lang w:val="pl-PL"/>
              </w:rPr>
              <w:t xml:space="preserve"> nie była wymagana. Podaj nazwę komisji, numer i datę decyzji albo krótkie uzasadnienie braku obowiązku.]</w:t>
            </w:r>
          </w:p>
          <w:p w14:paraId="7EC01F77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2B84040E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  <w:tr w:rsidR="004E5D42" w:rsidRPr="00497F3A" w14:paraId="107650E2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990CA3" w14:textId="77777777" w:rsidR="004E5D42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Świadoma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zgoda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uczestników</w:t>
            </w:r>
            <w:proofErr w:type="spellEnd"/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86A083" w14:textId="77777777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 xml:space="preserve">[Kliknij i wpisz odpowiedź. Zaznacz: ☐ </w:t>
            </w:r>
            <w:proofErr w:type="gramStart"/>
            <w:r w:rsidRPr="00497F3A">
              <w:rPr>
                <w:i/>
                <w:color w:val="737373"/>
                <w:sz w:val="18"/>
                <w:lang w:val="pl-PL"/>
              </w:rPr>
              <w:t>uzyskano  ☐</w:t>
            </w:r>
            <w:proofErr w:type="gramEnd"/>
            <w:r w:rsidRPr="00497F3A">
              <w:rPr>
                <w:i/>
                <w:color w:val="737373"/>
                <w:sz w:val="18"/>
                <w:lang w:val="pl-PL"/>
              </w:rPr>
              <w:t xml:space="preserve"> nie dotyczy. Krótko wyjaśnij, jeśli nie dotyczy.]</w:t>
            </w:r>
          </w:p>
          <w:p w14:paraId="72C87D28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  <w:tr w:rsidR="004E5D42" w14:paraId="449B0BA3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09B06A" w14:textId="77777777" w:rsidR="004E5D42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Rejestracja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badania</w:t>
            </w:r>
            <w:proofErr w:type="spellEnd"/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C1A2D4" w14:textId="77777777" w:rsidR="004E5D42" w:rsidRDefault="00000000">
            <w:pPr>
              <w:spacing w:after="40"/>
            </w:pPr>
            <w:r w:rsidRPr="00497F3A">
              <w:rPr>
                <w:i/>
                <w:color w:val="737373"/>
                <w:sz w:val="18"/>
                <w:lang w:val="pl-PL"/>
              </w:rPr>
              <w:t xml:space="preserve">[Kliknij i wpisz odpowiedź. W przypadku badania klinicznego podaj nazwę rejestru i numer. </w:t>
            </w:r>
            <w:proofErr w:type="spellStart"/>
            <w:r>
              <w:rPr>
                <w:i/>
                <w:color w:val="737373"/>
                <w:sz w:val="18"/>
              </w:rPr>
              <w:t>Jeśli</w:t>
            </w:r>
            <w:proofErr w:type="spellEnd"/>
            <w:r>
              <w:rPr>
                <w:i/>
                <w:color w:val="737373"/>
                <w:sz w:val="18"/>
              </w:rPr>
              <w:t xml:space="preserve"> </w:t>
            </w:r>
            <w:proofErr w:type="spellStart"/>
            <w:r>
              <w:rPr>
                <w:i/>
                <w:color w:val="737373"/>
                <w:sz w:val="18"/>
              </w:rPr>
              <w:t>nie</w:t>
            </w:r>
            <w:proofErr w:type="spellEnd"/>
            <w:r>
              <w:rPr>
                <w:i/>
                <w:color w:val="737373"/>
                <w:sz w:val="18"/>
              </w:rPr>
              <w:t xml:space="preserve"> </w:t>
            </w:r>
            <w:proofErr w:type="spellStart"/>
            <w:r>
              <w:rPr>
                <w:i/>
                <w:color w:val="737373"/>
                <w:sz w:val="18"/>
              </w:rPr>
              <w:t>dotyczy</w:t>
            </w:r>
            <w:proofErr w:type="spellEnd"/>
            <w:r>
              <w:rPr>
                <w:i/>
                <w:color w:val="737373"/>
                <w:sz w:val="18"/>
              </w:rPr>
              <w:t xml:space="preserve">, </w:t>
            </w:r>
            <w:proofErr w:type="spellStart"/>
            <w:r>
              <w:rPr>
                <w:i/>
                <w:color w:val="737373"/>
                <w:sz w:val="18"/>
              </w:rPr>
              <w:t>wpisz</w:t>
            </w:r>
            <w:proofErr w:type="spellEnd"/>
            <w:r>
              <w:rPr>
                <w:i/>
                <w:color w:val="737373"/>
                <w:sz w:val="18"/>
              </w:rPr>
              <w:t xml:space="preserve"> „nie dotyczy”.]</w:t>
            </w:r>
          </w:p>
          <w:p w14:paraId="0B90946F" w14:textId="77777777" w:rsidR="004E5D42" w:rsidRDefault="00000000">
            <w:pPr>
              <w:spacing w:after="0"/>
            </w:pPr>
            <w:r>
              <w:t xml:space="preserve"> </w:t>
            </w:r>
          </w:p>
        </w:tc>
      </w:tr>
      <w:tr w:rsidR="004E5D42" w:rsidRPr="00497F3A" w14:paraId="7DB6D951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1A5797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>Finansowanie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9EFA80" w14:textId="77777777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>[Kliknij i wpisz odpowiedź. Podaj źródło finansowania lub wpisz „brak finansowania zewnętrznego”.]</w:t>
            </w:r>
          </w:p>
          <w:p w14:paraId="49FCAE48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  <w:tr w:rsidR="004E5D42" w14:paraId="2E50B874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BBFE78" w14:textId="77777777" w:rsidR="004E5D42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Konflikty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interesów</w:t>
            </w:r>
            <w:proofErr w:type="spellEnd"/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1E4026" w14:textId="77777777" w:rsidR="004E5D42" w:rsidRDefault="00000000">
            <w:pPr>
              <w:spacing w:after="40"/>
            </w:pPr>
            <w:r w:rsidRPr="00497F3A">
              <w:rPr>
                <w:i/>
                <w:color w:val="737373"/>
                <w:sz w:val="18"/>
                <w:lang w:val="pl-PL"/>
              </w:rPr>
              <w:t xml:space="preserve">[Kliknij i wpisz odpowiedź. Ujawnij powiązania mogące wpływać na projekt, analizę lub interpretację. </w:t>
            </w:r>
            <w:proofErr w:type="spellStart"/>
            <w:r>
              <w:rPr>
                <w:i/>
                <w:color w:val="737373"/>
                <w:sz w:val="18"/>
              </w:rPr>
              <w:t>Jeśli</w:t>
            </w:r>
            <w:proofErr w:type="spellEnd"/>
            <w:r>
              <w:rPr>
                <w:i/>
                <w:color w:val="737373"/>
                <w:sz w:val="18"/>
              </w:rPr>
              <w:t xml:space="preserve"> ich </w:t>
            </w:r>
            <w:proofErr w:type="spellStart"/>
            <w:r>
              <w:rPr>
                <w:i/>
                <w:color w:val="737373"/>
                <w:sz w:val="18"/>
              </w:rPr>
              <w:t>nie</w:t>
            </w:r>
            <w:proofErr w:type="spellEnd"/>
            <w:r>
              <w:rPr>
                <w:i/>
                <w:color w:val="737373"/>
                <w:sz w:val="18"/>
              </w:rPr>
              <w:t xml:space="preserve"> ma, wpisz „brak”.]</w:t>
            </w:r>
          </w:p>
          <w:p w14:paraId="288FC3A1" w14:textId="77777777" w:rsidR="004E5D42" w:rsidRDefault="00000000">
            <w:pPr>
              <w:spacing w:after="0"/>
            </w:pPr>
            <w:r>
              <w:t xml:space="preserve"> </w:t>
            </w:r>
          </w:p>
        </w:tc>
      </w:tr>
      <w:tr w:rsidR="004E5D42" w:rsidRPr="00497F3A" w14:paraId="4E60AAD5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C1001F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>Wkład autorów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2E9821" w14:textId="77777777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>[Kliknij i wpisz odpowiedź. Krótko wskaż udział poszczególnych autorów w projekcie, zbieraniu danych, analizie i przygotowaniu pracy.]</w:t>
            </w:r>
          </w:p>
          <w:p w14:paraId="128EEEED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1070B1C6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6D86862B" w14:textId="77777777" w:rsidR="004E5D42" w:rsidRPr="00497F3A" w:rsidRDefault="004E5D42">
      <w:pPr>
        <w:spacing w:after="0"/>
        <w:rPr>
          <w:lang w:val="pl-PL"/>
        </w:rPr>
      </w:pPr>
    </w:p>
    <w:p w14:paraId="5CD602D3" w14:textId="77777777" w:rsidR="004E5D42" w:rsidRDefault="00000000">
      <w:pPr>
        <w:pStyle w:val="Nagwek1"/>
      </w:pPr>
      <w:r>
        <w:t xml:space="preserve">6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pomocnicze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jury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7214"/>
      </w:tblGrid>
      <w:tr w:rsidR="004E5D42" w14:paraId="786D3CDA" w14:textId="77777777">
        <w:trPr>
          <w:cantSplit/>
        </w:trPr>
        <w:tc>
          <w:tcPr>
            <w:tcW w:w="10166" w:type="dxa"/>
            <w:gridSpan w:val="2"/>
            <w:shd w:val="clear" w:color="auto" w:fill="333333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9374560" w14:textId="77777777" w:rsidR="004E5D42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OCENA I PREZENTACJA</w:t>
            </w:r>
          </w:p>
        </w:tc>
      </w:tr>
      <w:tr w:rsidR="004E5D42" w:rsidRPr="00497F3A" w14:paraId="4A6CCDAD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C47441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>Znaczenie badania</w:t>
            </w:r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AC9B3C" w14:textId="77777777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>[Kliknij i wpisz odpowiedź. W maksymalnie 3 zdaniach wyjaśnij, co badanie wnosi do wiedzy lub praktyki dietetycznej.]</w:t>
            </w:r>
          </w:p>
          <w:p w14:paraId="50CC1A6C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411E81F8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  <w:tr w:rsidR="004E5D42" w:rsidRPr="00497F3A" w14:paraId="1C236B2F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1B43BC" w14:textId="77777777" w:rsidR="004E5D42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Najważniejsze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ograniczenia</w:t>
            </w:r>
            <w:proofErr w:type="spellEnd"/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024DA0" w14:textId="77777777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>[Kliknij i wpisz odpowiedź. Wymień maksymalnie 3 ograniczenia, które są istotne dla interpretacji wyników.]</w:t>
            </w:r>
          </w:p>
          <w:p w14:paraId="2368D429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  <w:p w14:paraId="079FE511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  <w:tr w:rsidR="004E5D42" w:rsidRPr="000A1521" w14:paraId="08190E2E" w14:textId="77777777">
        <w:trPr>
          <w:cantSplit/>
        </w:trPr>
        <w:tc>
          <w:tcPr>
            <w:tcW w:w="2952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D3B1C9" w14:textId="77777777" w:rsidR="004E5D42" w:rsidRDefault="00000000">
            <w:pPr>
              <w:spacing w:after="0"/>
            </w:pPr>
            <w:r>
              <w:rPr>
                <w:b/>
                <w:sz w:val="19"/>
              </w:rPr>
              <w:t xml:space="preserve">Autor </w:t>
            </w:r>
            <w:proofErr w:type="spellStart"/>
            <w:r>
              <w:rPr>
                <w:b/>
                <w:sz w:val="19"/>
              </w:rPr>
              <w:t>prezentujący</w:t>
            </w:r>
            <w:proofErr w:type="spellEnd"/>
          </w:p>
        </w:tc>
        <w:tc>
          <w:tcPr>
            <w:tcW w:w="7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5818F9" w14:textId="176A6AED" w:rsidR="004E5D42" w:rsidRPr="00497F3A" w:rsidRDefault="00000000">
            <w:pPr>
              <w:spacing w:after="40"/>
              <w:rPr>
                <w:lang w:val="pl-PL"/>
              </w:rPr>
            </w:pPr>
            <w:r w:rsidRPr="00497F3A">
              <w:rPr>
                <w:i/>
                <w:color w:val="737373"/>
                <w:sz w:val="18"/>
                <w:lang w:val="pl-PL"/>
              </w:rPr>
              <w:t>[Kliknij i wpisz odpowiedź. Podaj imię i nazwisko</w:t>
            </w:r>
            <w:r w:rsidR="0093072B">
              <w:rPr>
                <w:i/>
                <w:color w:val="737373"/>
                <w:sz w:val="18"/>
                <w:lang w:val="pl-PL"/>
              </w:rPr>
              <w:t xml:space="preserve">, adres mail oraz numer </w:t>
            </w:r>
            <w:proofErr w:type="gramStart"/>
            <w:r w:rsidR="0093072B">
              <w:rPr>
                <w:i/>
                <w:color w:val="737373"/>
                <w:sz w:val="18"/>
                <w:lang w:val="pl-PL"/>
              </w:rPr>
              <w:t xml:space="preserve">telefonu </w:t>
            </w:r>
            <w:r w:rsidRPr="00497F3A">
              <w:rPr>
                <w:i/>
                <w:color w:val="737373"/>
                <w:sz w:val="18"/>
                <w:lang w:val="pl-PL"/>
              </w:rPr>
              <w:t xml:space="preserve"> osoby</w:t>
            </w:r>
            <w:proofErr w:type="gramEnd"/>
            <w:r w:rsidRPr="00497F3A">
              <w:rPr>
                <w:i/>
                <w:color w:val="737373"/>
                <w:sz w:val="18"/>
                <w:lang w:val="pl-PL"/>
              </w:rPr>
              <w:t>, która zaprezentuje plakat i odpowie na pytania jury podczas finału.]</w:t>
            </w:r>
          </w:p>
          <w:p w14:paraId="4FC3080F" w14:textId="77777777" w:rsidR="004E5D42" w:rsidRPr="00497F3A" w:rsidRDefault="00000000">
            <w:pPr>
              <w:spacing w:after="0"/>
              <w:rPr>
                <w:lang w:val="pl-PL"/>
              </w:rPr>
            </w:pPr>
            <w:r w:rsidRPr="00497F3A">
              <w:rPr>
                <w:lang w:val="pl-PL"/>
              </w:rPr>
              <w:t xml:space="preserve"> </w:t>
            </w:r>
          </w:p>
        </w:tc>
      </w:tr>
    </w:tbl>
    <w:p w14:paraId="26EF572C" w14:textId="17328457" w:rsidR="004E5D42" w:rsidRPr="00497F3A" w:rsidRDefault="004E5D42">
      <w:pPr>
        <w:rPr>
          <w:lang w:val="pl-PL"/>
        </w:rPr>
      </w:pPr>
    </w:p>
    <w:sectPr w:rsidR="004E5D42" w:rsidRPr="00497F3A" w:rsidSect="00034616">
      <w:headerReference w:type="default" r:id="rId8"/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8DE5A" w14:textId="77777777" w:rsidR="000D5237" w:rsidRDefault="000D5237">
      <w:pPr>
        <w:spacing w:after="0" w:line="240" w:lineRule="auto"/>
      </w:pPr>
      <w:r>
        <w:separator/>
      </w:r>
    </w:p>
  </w:endnote>
  <w:endnote w:type="continuationSeparator" w:id="0">
    <w:p w14:paraId="51B5BAE9" w14:textId="77777777" w:rsidR="000D5237" w:rsidRDefault="000D5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35AB6" w14:textId="77777777" w:rsidR="004E5D42" w:rsidRDefault="00000000">
    <w:pPr>
      <w:pStyle w:val="Stopka"/>
      <w:jc w:val="center"/>
    </w:pPr>
    <w:r>
      <w:rPr>
        <w:color w:val="696969"/>
        <w:sz w:val="16"/>
      </w:rPr>
      <w:t>Formularz zgłoszeniowy do sesji plakatowej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E6804" w14:textId="77777777" w:rsidR="000D5237" w:rsidRDefault="000D5237">
      <w:pPr>
        <w:spacing w:after="0" w:line="240" w:lineRule="auto"/>
      </w:pPr>
      <w:r>
        <w:separator/>
      </w:r>
    </w:p>
  </w:footnote>
  <w:footnote w:type="continuationSeparator" w:id="0">
    <w:p w14:paraId="2C33E696" w14:textId="77777777" w:rsidR="000D5237" w:rsidRDefault="000D5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FA375" w14:textId="77777777" w:rsidR="004E5D42" w:rsidRDefault="00000000">
    <w:pPr>
      <w:pStyle w:val="Nagwek"/>
      <w:jc w:val="right"/>
    </w:pPr>
    <w:r>
      <w:rPr>
        <w:b/>
        <w:color w:val="F15A24"/>
        <w:sz w:val="16"/>
      </w:rPr>
      <w:t>DIETETYKA XXI WIEKU   |   SESJA PLAKATOWA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0592266">
    <w:abstractNumId w:val="8"/>
  </w:num>
  <w:num w:numId="2" w16cid:durableId="1678998863">
    <w:abstractNumId w:val="6"/>
  </w:num>
  <w:num w:numId="3" w16cid:durableId="1245841133">
    <w:abstractNumId w:val="5"/>
  </w:num>
  <w:num w:numId="4" w16cid:durableId="233323860">
    <w:abstractNumId w:val="4"/>
  </w:num>
  <w:num w:numId="5" w16cid:durableId="1413622512">
    <w:abstractNumId w:val="7"/>
  </w:num>
  <w:num w:numId="6" w16cid:durableId="1194154983">
    <w:abstractNumId w:val="3"/>
  </w:num>
  <w:num w:numId="7" w16cid:durableId="1419400344">
    <w:abstractNumId w:val="2"/>
  </w:num>
  <w:num w:numId="8" w16cid:durableId="1726291006">
    <w:abstractNumId w:val="1"/>
  </w:num>
  <w:num w:numId="9" w16cid:durableId="58962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521"/>
    <w:rsid w:val="000D5237"/>
    <w:rsid w:val="0015074B"/>
    <w:rsid w:val="0029639D"/>
    <w:rsid w:val="00326F90"/>
    <w:rsid w:val="00497F3A"/>
    <w:rsid w:val="004E5D42"/>
    <w:rsid w:val="0093072B"/>
    <w:rsid w:val="009C1B49"/>
    <w:rsid w:val="00AA1D8D"/>
    <w:rsid w:val="00B47730"/>
    <w:rsid w:val="00CB0664"/>
    <w:rsid w:val="00D753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2F7A3"/>
  <w14:defaultImageDpi w14:val="300"/>
  <w15:docId w15:val="{36F7857C-D571-F34B-B1F9-A310EB32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23232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pPr>
      <w:spacing w:after="100"/>
    </w:pPr>
    <w:rPr>
      <w:rFonts w:ascii="Arial" w:hAnsi="Arial"/>
      <w:i/>
      <w:color w:val="5F5F5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Arkadiusz Matras</cp:lastModifiedBy>
  <cp:revision>2</cp:revision>
  <dcterms:created xsi:type="dcterms:W3CDTF">2026-10-02T09:59:00Z</dcterms:created>
  <dcterms:modified xsi:type="dcterms:W3CDTF">2026-10-02T09:59:00Z</dcterms:modified>
  <cp:category/>
</cp:coreProperties>
</file>